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סיפור חברתי ולמה הוא משמש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ולתרגל את האיזון בין תיאור, נקודת מבט והכוונה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ההבדלים בין המסלולים ולבחור מסלול מתאים לצורך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סיפור חברתי שלם לפי שלבים, כולל התאמה לקורא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סיפור חברתי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להסביר מצב מסוים ולהרגיע את הקורא/ת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מנקודת המבט של הקורא/ת עצמו/ה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 קורה, מה אחרים חושבים ומרגישים, ומה אפשר לנסות לעשות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סיפור חברתי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פרטי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סיפור חברתי – הבנה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סיפור חברתי מתאר מצב בעדינות ומנקודת מבט אישית כדי שהקורא/ת יבין/תבין וירגיש/תרגיש בטוח/ה, ולא כדי להטיל כללים נוקשים או להעניש.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איזון, נקודת מבט וגוף הדיבור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תיאור של המצב ונקודת מבט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איזון, נקודת מבט וגוף הדיבור – תרגול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האיזון הנכון הוא הרבה תיאור ומעט משפטי הכוונה, כדי שהסיפור ירגיע ולא ירגיש כמו רשימת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הבחירה בגוף הדיבור נעשית לפי מה שמתאים לקורא, ובני נוער יכולים להעדיף גוף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איזון, נקודת מבט וגוף הדיבור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איזון, נקודת מבט וגוף הדיבור – זיהוי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(משפט תיאור)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(משפט הכוונה)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(משפט תיאור)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(משפט הכוונה)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מסלולים והתאמה אישית – היכרות עם המסלולים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שכבת גיל וצורך (רגיל / חנ״מ / עולים חדשים)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מסלולים והתאמה אישית – בודקים את הפרטים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בכל שלושת מסלולי החנ״מ (יסודי, חט״ב, 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במסלול עולים יש גם מילון בלחיצה ב-6 שפות וגם הקראה בקול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מסלולים והתאמה אישית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חט״ב ותיכון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מסלולים והתאמה אישית – מתאימים מסלול לתכונה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(ניקוד מלא, 6–8 עמודים, עריכה ובדיקת איזון)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(משפט אחד, 5 עמודים, אותיות גדולות והקראה)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(עברית פשוטה ומילון בלחיצה ב-6 שפות)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בניית סיפור צעד אחר צעד – שלבי הבנייה (זיהוי)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בוחרים מצב מתוך רשימה או כותבים במילים חופשיות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בניית סיפור צעד אחר צעד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בשלב הזה קובעים כינוי, גיל ולשון פנייה המתאימים לקורא/ת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בשלב הזה קובעים גם ניקוד וגם אורך משפטים ומספר עמודים, בין 4 ל-10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בניית סיפור צעד אחר צעד – התאמה בין שלבים לפעולות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(בוחרים מתוך רשימה או כותבים במילים שלכם)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(קובעים כינוי, גיל ולשון פנייה)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(קובעים ניקוד, אורך משפטים ומספר עמודים)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(בוחרים צבע עור, שיער ומשקפיים)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בניית סיפור צעד אחר צעד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עור / שיער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נושאי הסיפורים בחיי היומיום – הכרת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צליל חזק וארוך שאומר ללכת למרחב המוגן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לפני ההפסקה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נושאי הסיפורים בחיי היומיום – בדיקת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אפשר לתרגל את ההליכה למרחב המוגן בלי לחץ ובלי בהלה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בעמוד הספרייה מצוין שלכל נושא יש דף תרגול, והוא גם מופיע בתוך כל סיפור השייך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נושאי הסיפורים בחיי היומיום – התאמת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(בטיחות ורגיעה)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(שינויים)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(רגשות וויסות)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נושאי הסיפורים בחיי היומיום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קריאה משותפת והפחתה הדרגתית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קריאה באווירה נעימה עוזרת לקורא/ת לקלוט את התוכן ולא לחוש שזה עונש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מומלץ לקרוא ברגע רגוע ולא באמצע סערה 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הקורא/ת שותף/ה פעיל/ה בתהליך הקריאה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 שהסיפור מסביר ומרגיע ולא כופה 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שרוב הסיפור הוא תיאור ורגש, ורק מעט הכוונה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מפרט את ההבדלים באורך, בניקוד ובשפה בין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הפרק הראשון והשני לשיעור אחד, ואת הבנייה המעשית לשיעור נפרד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במסלול חנ״מ עם משפטים קצרים ותמונה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לדוברי עברית כשפה נוספת מומלץ להשתמש בדוגמאות מהמסלול עם מילון רב-לשוני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כתיבה אישית: כל תלמיד/ה בוחר/ת מצב אחד מחייו ומתרגל/ת לכתוב עליו לפי העקרונות שנלמדו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את עקרונות הסיפור החברתי: מהו, איך בונים אותו שלב אחר שלב, ואיך מתאימים אותו לקורא/ת שונה. עברו על הפרקים לפי הסדר והשלימו את התרגילים בכתב.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חנ״מ  ·  עור / שיער  ·  ימים  ·  חט״ב ותיכון  ·  תיאור  ·  חוקים  ·  A5  ·  שם פרטי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מהו סיפור חברתי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המטרה העיקרית של סיפור חברתי, לפי האתר?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ללמד חוקי התנהגות נוקשים שיש לציית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להסביר מצב מסוים ולהרגיע את הקורא/ת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להעניש על התנהגות לא רצויה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מנקודת המבט של מי מסופר הסיפור החברתי?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מנקודת המבט של הקורא/ת עצמו/ה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מנקודת המבט של 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מנקודת המבט של דמות בדיונית רחוקה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אילו שלושה דברים הסיפור החברתי אמור לתאר, לפי ההגדרה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 קורה, מה אחרים חושבים ומרגישים, ומה אפשר לנסות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כללי משמעת, ציונים ולוח 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שמות של כל הילדים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מהו סיפור חברתי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סיפור חברתי לא "מלמד __________" אלא מסביר ומרגיע.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לשמור על פרטיות, כותבים בסיפור רק כינוי או __________ (או "אני").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מהו סיפור חברתי – הבנה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סיפור חברתי נועד "להרגיע" ולא רק "ללמד חוקים".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איזון, נקודת מבט וגוף הדיבור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סיפור חברתי טוב בנוי בעיקר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תיאור של המצב ונקודת מבט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רשימת חוקי התנהגות קבועה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הוראות מפורשות מהמורה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איזון, נקודת מבט וגוף הדיבור – 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בסיפור חברתי רצוי שרוב המשפטים יהיו הנחיות מפורשות של מה לעשות.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לכתוב סיפור חברתי בגוף ראשון או בגוף שלישי, בהתאם לקורא או לקוראת.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איזון, נקודת מבט וגוף הדיבור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משפט שמתאר מה קורה במצב, מה רואים ושומעים, נקרא משפט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איזון, נקודת מבט וגוף הדיבור – זיהוי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האזעקה היא צליל חזק וארוך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משפט הכוונה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אני יכול לכסות את האוזניים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משפט תיאור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ילדים רבים בכיתה מרגישים לחץ בבוקר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משפט הכוונה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אפשר לנסות לנשום לאט שלוש פעמים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משפט תיאור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מסלולים והתאמה אישית – היכרות עם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מסלולים שונים מוצעים באתר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אילו שני צירים בנויים תשעת המסלולים?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שכבת גיל וצורך (רגיל / חנ״מ / עולים חדשים)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מגדר ואורך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צבע הדמות וסוג הכיסא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מסלולים והתאמה אישית – בודקים את הפרטים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במסלולי חנ״מ הסיפור בנוי בדרך כלל ממשפט קצר אחד בכל עמוד, עם תמונה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במסלול עולים חדשים אין מילון, אלא רק עברית פשוטה בלי שום עזר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מסלולים והתאמה אישית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במסלול __________ התמונה מופיעה מעל הטקסט, והאותיות גדולות במיוחד כדי להקל על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במסלולי __________ רמת הניקוד נקבעת לפי בחירה, בניגוד למסלולי יסודי שבהם הניקוד תמיד מלא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מסלולים והתאמה אישית – מתאימים מסלול לתכונה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יסודי ·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עברית פשוטה ומילון בלחיצה ב-6 שפות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יסודי ·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ניקוד מלא, 6–8 עמודים, עריכה ובדיקת איזון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חט״ב ·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משפט אחד, 5 עמודים, אותיות גדולות והקראה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בניית סיפור צעד אחר צעד – שלבי הבנייה (זיהוי)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שלבים יש בתהליך בניית הסיפור החברתי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בשלב הראשון, "בוחרים מצב"?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בוחרים צבע חולצה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בוחרים מצב מתוך רשימה או כותבים במילים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בוחרים גודל אותיות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בניית סיפור צעד אחר צעד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"מתאימים לקורא/ת" בוחרים גם לשון פנייה – זכר, נקבה או ניטרלי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"שפה ואורך" אי אפשר לשנות את מספר העמודים, רק את הניקוד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בניית סיפור צעד אחר צעד – התאמה בין שלבים לפעולות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בוחרים 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קובעים ניקוד, אורך משפטים ומספר עמודים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מתאימים לקורא/ת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בוחרים מתוך רשימה או כותבים במילים שלכם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שפה ואורך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בוחרים צבע עור, שיער ומשקפיים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בונים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קובעים כינוי, גיל ולשון פנייה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בניית סיפור צעד אחר צעד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בשלב האחרון אפשר להדפיס את הסיפור כחוברת בגודל A4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בניית הדמות אפשר לבחור, בין השאר, צבע __________ וכיסוי ראש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נושאי הסיפורים בחיי היומיום – הכרת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אזעקה, לפי הסיפור 'כשיש אזעקה', היא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צליל קצר ושקט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צליל חזק וארוך שאומר ללכת למרחב המוגן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שמושמע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מומלץ לקרוא את הסיפור 'מחכים בתור'?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אחרי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לפני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בזמן המבחן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נושאי הסיפורים בחיי היומיום – בדיקת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מומלץ לקרוא את הסיפור 'כשיש אזעקה' דווקא ביום רגיל ושקט, לא דווקא בזמן אזעקה 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נושא בספריית הסיפורים יש דף תרגול נפרד משלו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נושאי הסיפורים בחיי היומיום – התאמת 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כשיש אזעקה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מורה מחליף או מחליפה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רגשות וויסות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מחכים בתור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שינויים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כשמפסידים במשחק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בטיחות ורגיעה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נושאי הסיפורים בחיי היומיום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טיול שנתי כדאי לקרוא את הסיפור כמה __________ מראש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קריאה משותפת והפחתה הדרגתית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מומלץ לקרוא את הסיפור החברתי ברגע רגוע ולא כעונש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הזמן הכי טוב לקרוא את הסיפור הוא באמצע התפרצות רגשית, כדי להרגיע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בזמן הקריאה המשותפת כדאי לתת לקורא/ת להפוך את הדף בעצמו/ה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מטרת הסיפור החברתי ובמה הוא שונה מרשימת חוקים?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כיצד שומרים על איזון נכון בין תיאור לבין הכוונה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סיפור חברתי מותאם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